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Faktura małej firmy</w:t>
      </w:r>
    </w:p>
    <w:p>
      <w:r>
        <w:t>Żądanie zapłaty wystawione przez sprzedawcę. Uzupełnij dane i uzgodnij warunki przed wysłaniem.</w:t>
      </w:r>
    </w:p>
    <w:p>
      <w:pPr>
        <w:spacing w:after="160"/>
      </w:pPr>
      <w:r>
        <w:t>Dane firmy: __________________________ Dane klienta do faktury: __________________________</w:t>
      </w:r>
    </w:p>
    <w:p>
      <w:pPr>
        <w:spacing w:after="160"/>
      </w:pPr>
      <w:r>
        <w:t>Numer faktury: __________________________ Oznaczenie zamówienia: __________________________</w:t>
      </w:r>
    </w:p>
    <w:p>
      <w:pPr>
        <w:spacing w:after="160"/>
      </w:pPr>
      <w:r>
        <w:t>Waluta: __________________________ Warunki płatności: __________________________</w:t>
      </w:r>
    </w:p>
    <w:p>
      <w:pPr>
        <w:spacing w:after="160"/>
      </w:pPr>
      <w:r>
        <w:t>Oznaczenie weryfikacji: __________________________ Oznaczenie dokumentu / data wystawienia: __________________________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41"/>
        <w:gridCol w:w="3560"/>
        <w:gridCol w:w="1780"/>
        <w:gridCol w:w="1780"/>
        <w:gridCol w:w="1780"/>
      </w:tblGrid>
      <w:tr>
        <w:tc>
          <w:tcPr>
            <w:tcW w:type="dxa" w:w="5341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Opis</w:t>
            </w:r>
          </w:p>
        </w:tc>
        <w:tc>
          <w:tcPr>
            <w:tcW w:type="dxa" w:w="356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Towar / SKU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Ilość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Stawka</w:t>
            </w:r>
          </w:p>
        </w:tc>
        <w:tc>
          <w:tcPr>
            <w:tcW w:type="dxa" w:w="1780"/>
            <w:shd w:fill="E4F3ED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b/>
              </w:rPr>
              <w:t>Kwota</w:t>
            </w: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  <w:tr>
        <w:trPr>
          <w:trHeight w:val="360" w:hRule="atLeast"/>
        </w:trPr>
        <w:tc>
          <w:tcPr>
            <w:tcW w:type="dxa" w:w="5341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356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  <w:tc>
          <w:tcPr>
            <w:tcW w:type="dxa" w:w="1780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</w:p>
        </w:tc>
      </w:tr>
    </w:tbl>
    <w:p>
      <w:r>
        <w:t>Suma częściowa: __________ Rabat: __________ Stawka / kwota podatku: __________________</w:t>
      </w:r>
    </w:p>
    <w:p>
      <w:r>
        <w:t>Wysyłka: __________ RAZEM: __________ Waluta: _________ Zatwierdzenie: __________________</w:t>
      </w:r>
    </w:p>
    <w:p>
      <w:pPr>
        <w:spacing w:after="40"/>
      </w:pPr>
      <w:r>
        <w:rPr>
          <w:sz w:val="16"/>
        </w:rPr>
        <w:t>Żądanie zapłaty wystawione przez sprzedawcę. Uzupełnij dane i uzgodnij warunki przed wysłaniem.</w:t>
      </w:r>
    </w:p>
    <w:p>
      <w:pPr>
        <w:spacing w:after="40"/>
      </w:pPr>
      <w:r>
        <w:rPr>
          <w:sz w:val="16"/>
        </w:rPr>
        <w:t>Pusty formularz ręczny: oblicz i sprawdź wszystkie kwoty. Podaj jedną walutę; nie zakłada się żadnych zasad podatkowych.</w:t>
      </w:r>
    </w:p>
    <w:p>
      <w:pPr>
        <w:spacing w:after="40"/>
      </w:pPr>
      <w:r>
        <w:rPr>
          <w:sz w:val="16"/>
        </w:rPr>
        <w:t>Sugerowana kolejność: suma minus stały rabat, podatek od sumy po rabacie, następnie wysyłka. W razie potrzeby dostosuj.</w:t>
      </w:r>
    </w:p>
    <w:p>
      <w:pPr>
        <w:spacing w:after="40"/>
      </w:pPr>
      <w:r>
        <w:rPr>
          <w:sz w:val="16"/>
        </w:rPr>
        <w:t>Używaj stałych oznaczeń powtarzających się produktów.</w:t>
      </w:r>
    </w:p>
    <w:sectPr w:rsidR="00FC693F" w:rsidRPr="0006063C" w:rsidSect="00034616">
      <w:footerReference w:type="default" r:id="rId9"/>
      <w:pgSz w:w="15840" w:h="12240"/>
      <w:pgMar w:top="576" w:right="792" w:bottom="576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timesheettemplate.app | Rejestruj godziny i faktury: trackworkapp.co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Liberation Sans" w:hAnsi="Liberation Sans" w:hint="default" w:eastAsia="Noto Sans CJK JP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Liberation Sans" w:hAnsi="Liberation Sans" w:hint="default" w:eastAsia="Noto Sans CJK JP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Liberation Sans" w:hAnsi="Liberation Sans" w:hint="default" w:eastAsia="Noto Sans CJK JP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Liberation Sans" w:hAnsi="Liberation Sans" w:hint="default" w:eastAsia="Noto Sans CJK JP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pl" w:eastAsia="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Liberation Sans" w:hAnsi="Liberation Sans" w:eastAsia="Noto Sans CJK JP"/>
      <w:color w:val="000000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Liberation Sans" w:hAnsi="Liberation Sans" w:eastAsia="Noto Sans CJK JP"/>
      <w:b/>
      <w:bCs/>
      <w:color w:val="000000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Liberation Sans" w:hAnsi="Liberation Sans" w:eastAsia="Noto Sans CJK JP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ascii="Liberation Sans" w:hAnsi="Liberation Sans" w:eastAsia="Noto Sans CJK JP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ascii="Liberation Sans" w:hAnsi="Liberation Sans" w:eastAsia="Noto Sans CJK JP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Liberation Sans" w:hAnsi="Liberation Sans" w:eastAsia="Noto Sans CJK JP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Liberation Sans" w:hAnsi="Liberation Sans" w:eastAsia="Noto Sans CJK JP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Liberation Sans" w:hAnsi="Liberation Sans" w:eastAsia="Noto Sans CJK JP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Liberation Sans" w:hAnsi="Liberation Sans" w:eastAsia="Noto Sans CJK JP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Liberation Sans" w:hAnsi="Liberation Sans" w:eastAsia="Noto Sans CJK JP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Liberation Sans" w:hAnsi="Liberation Sans" w:eastAsia="Noto Sans CJK JP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Liberation Sans" w:hAnsi="Liberation Sans" w:eastAsia="Noto Sans CJK JP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Liberation Sans" w:hAnsi="Liberation Sans" w:eastAsia="Noto Sans CJK JP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Liberation Sans" w:hAnsi="Liberation Sans" w:eastAsia="Noto Sans CJK JP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Liberation Sans" w:hAnsi="Liberation Sans" w:eastAsia="Noto Sans CJK JP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Liberation Sans" w:hAnsi="Liberation Sans" w:eastAsia="Noto Sans CJK JP"/>
      <w:color w:val="00000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Liberation Sans" w:hAnsi="Liberation Sans" w:eastAsia="Noto Sans CJK JP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Liberation Sans" w:hAnsi="Liberation Sans" w:eastAsia="Noto Sans CJK JP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Liberation Sans" w:hAnsi="Liberation Sans" w:eastAsia="Noto Sans CJK JP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Liberation Sans" w:hAnsi="Liberation Sans" w:eastAsia="Noto Sans CJK JP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Liberation Sans" w:hAnsi="Liberation Sans" w:eastAsia="Noto Sans CJK JP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Liberation Sans" w:hAnsi="Liberation Sans" w:eastAsia="Noto Sans CJK JP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Liberation Sans" w:hAnsi="Liberation Sans" w:eastAsia="Noto Sans CJK JP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Liberation Sans" w:hAnsi="Liberation Sans" w:eastAsia="Noto Sans CJK JP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Liberation Sans" w:hAnsi="Liberation Sans" w:eastAsia="Noto Sans CJK JP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Liberation Sans" w:hAnsi="Liberation Sans" w:eastAsia="Noto Sans CJK JP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 w:eastAsia="Noto Sans CJK JP" w:ascii="Liberation Sans" w:hAnsi="Liberation Sans"/>
        <w:sz w:val="22"/>
        <w:szCs w:val="22"/>
        <w:lang w:val="pl" w:eastAsia="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 w:eastAsia="Noto Sans CJK JP" w:ascii="Liberation Sans" w:hAnsi="Liberation Sans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Liberation Sans" w:hAnsi="Liberation Sans" w:eastAsia="Noto Sans CJK JP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Liberation Sans" w:hAnsi="Liberation Sans" w:eastAsia="Noto Sans CJK JP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 w:eastAsia="Noto Sans CJK JP" w:ascii="Liberation Sans" w:hAnsi="Liberation Sans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</w:tblStylePr>
    <w:tblStylePr w:type="lastCol">
      <w:rPr>
        <w:rFonts w:asciiTheme="majorHAnsi" w:eastAsiaTheme="majorEastAsia" w:hAnsiTheme="majorHAnsi" w:cstheme="majorBidi" w:eastAsia="Noto Sans CJK JP" w:ascii="Liberation Sans" w:hAnsi="Liberation Sans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 w:eastAsia="Noto Sans CJK JP" w:ascii="Liberation Sans" w:hAnsi="Liberation Sans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 w:eastAsia="Noto Sans CJK JP" w:ascii="Liberation Sans" w:hAnsi="Liberation Sans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