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Prosta faktura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Nazwa i kontakt sprzedawcy: __________________________ Nazwa i adres rozliczeniowy klienta: __________________________</w:t>
      </w:r>
    </w:p>
    <w:p>
      <w:pPr>
        <w:spacing w:after="160"/>
      </w:pPr>
      <w:r>
        <w:t>Numer faktury: __________________________ Data wystawienia: __________________________</w:t>
      </w:r>
    </w:p>
    <w:p>
      <w:pPr>
        <w:spacing w:after="160"/>
      </w:pPr>
      <w:r>
        <w:t>Waluta: __________________________ Uzgodnione warunki płatności: __________________________</w:t>
      </w:r>
    </w:p>
    <w:p>
      <w:pPr>
        <w:spacing w:after="160"/>
      </w:pPr>
      <w:r>
        <w:t>Oznaczenie weryfikacji: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Używaj unikalnego numeru faktury.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