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freelancera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freelancera: __________________________ Dane klienta do faktury: __________________________</w:t>
      </w:r>
    </w:p>
    <w:p>
      <w:pPr>
        <w:spacing w:after="160"/>
      </w:pPr>
      <w:r>
        <w:t>Oznaczenie projektu: __________________________ Okres rozliczeniowy: __________________________</w:t>
      </w:r>
    </w:p>
    <w:p>
      <w:pPr>
        <w:spacing w:after="160"/>
      </w:pPr>
      <w:r>
        <w:t>Oznaczenie zamówienia klienta: __________________________ Warunki płatności: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Rezultat / etap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Powiąż poprawki z uzgodnionym zakresem.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