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za sprzątanie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Dane firmy sprzątającej: __________________________ Dane klienta do faktury: __________________________</w:t>
      </w:r>
    </w:p>
    <w:p>
      <w:pPr>
        <w:spacing w:after="160"/>
      </w:pPr>
      <w:r>
        <w:t>Kod nieruchomości / zlecenia: __________________________ Okres świadczenia usług: __________________________</w:t>
      </w:r>
    </w:p>
    <w:p>
      <w:pPr>
        <w:spacing w:after="160"/>
      </w:pPr>
      <w:r>
        <w:t>Numer faktury: __________________________ Warunki płatności: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Data usługi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Nie umieszczaj kodów dostępu na fakturze.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