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rPr>
          <w:b/>
          <w:color w:val="000000"/>
          <w:sz w:val="44"/>
        </w:rPr>
        <w:t>Ewidencja czasu pracy opiekuna</w:t>
      </w:r>
    </w:p>
    <w:p>
      <w:pPr>
        <w:spacing w:after="240"/>
      </w:pPr>
      <w:r>
        <w:t>Okres sprawozdawczy pracy opiekuńczej | Pusty edytowalny szablon</w:t>
      </w:r>
    </w:p>
    <w:p>
      <w:r>
        <w:t>Imię i nazwisko / zespół: ___________________________________ Okres: ___________________________________</w:t>
      </w:r>
    </w:p>
    <w:p>
      <w:r>
        <w:t>Organizacja / klient: ______________________________ Weryfikujący: 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22"/>
        <w:gridCol w:w="2901"/>
        <w:gridCol w:w="2901"/>
        <w:gridCol w:w="1495"/>
        <w:gridCol w:w="1495"/>
        <w:gridCol w:w="1846"/>
        <w:gridCol w:w="1495"/>
      </w:tblGrid>
      <w:tr>
        <w:trPr>
          <w:tblHeader/>
        </w:trPr>
        <w:tc>
          <w:tcPr>
            <w:tcW w:type="dxa" w:w="20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Data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Kod zlecenia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Kategoria pracy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Początek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Koniec</w:t>
            </w:r>
          </w:p>
        </w:tc>
        <w:tc>
          <w:tcPr>
            <w:tcW w:type="dxa" w:w="1846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Przerwa (min)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Godziny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Suma godzin: __________ Podpis / zatwierdzenie: _________________________________</w:t>
      </w:r>
    </w:p>
    <w:p>
      <w:pPr>
        <w:spacing w:after="40"/>
      </w:pPr>
      <w:r>
        <w:rPr>
          <w:sz w:val="16"/>
        </w:rPr>
        <w:t>Wpisuj rzeczywiste godziny początku / końca i niepłatne przerwy. Godziny są dziesiętne, nie w formacie godziny:minuty.</w:t>
      </w:r>
    </w:p>
    <w:p>
      <w:pPr>
        <w:spacing w:after="40"/>
      </w:pPr>
      <w:r>
        <w:rPr>
          <w:sz w:val="16"/>
        </w:rPr>
        <w:t>Zmiana nocna: podaj datę rozpoczęcia. Każdy wiersz musi obejmować mniej niż 24 godziny. Dłuższą pracę dziel na wiersze.</w:t>
      </w:r>
    </w:p>
    <w:p>
      <w:pPr>
        <w:spacing w:after="40"/>
      </w:pPr>
      <w:r>
        <w:rPr>
          <w:sz w:val="16"/>
        </w:rPr>
        <w:t>PDF i Word to zapisy ręczne. Excel oblicza czas trwania, nie płace, uprawnienia do nadgodzin ani potrącenia.</w:t>
      </w:r>
    </w:p>
    <w:p>
      <w:pPr>
        <w:spacing w:after="40"/>
      </w:pPr>
      <w:r>
        <w:rPr>
          <w:sz w:val="16"/>
        </w:rPr>
        <w:t>Nie wpisuj do arkusza informacji o zdrowiu i lekach.</w:t>
      </w:r>
    </w:p>
    <w:sectPr w:rsidR="00FC693F" w:rsidRPr="0006063C" w:rsidSect="00034616">
      <w:footerReference w:type="default" r:id="rId9"/>
      <w:pgSz w:w="15840" w:h="12240" w:orient="landscape"/>
      <w:pgMar w:top="691" w:right="835" w:bottom="605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timesheettemplate.app | Rejestruj godziny cyfrowo: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pl" w:eastAsia="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203F3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pl" w:eastAsia="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Caregiver timesheet template</dc:title>
  <dc:subject/>
  <dc:creator>TimesheetTemplate.app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