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00"/>
      </w:pPr>
      <w:r>
        <w:rPr>
          <w:b/>
          <w:color w:val="000000"/>
          <w:sz w:val="44"/>
        </w:rPr>
        <w:t>清掃業勤務時間表</w:t>
      </w:r>
    </w:p>
    <w:p>
      <w:pPr>
        <w:spacing w:after="240"/>
      </w:pPr>
      <w:r>
        <w:t>サービスの報告期間 | 編集可能な未記入テンプレート</w:t>
      </w:r>
    </w:p>
    <w:p>
      <w:r>
        <w:t>氏名・チーム：___________________________________ 期間：___________________________________</w:t>
      </w:r>
    </w:p>
    <w:p>
      <w:r>
        <w:t>組織・顧客：______________________________ 確認者：______________________________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22"/>
        <w:gridCol w:w="2901"/>
        <w:gridCol w:w="2901"/>
        <w:gridCol w:w="1495"/>
        <w:gridCol w:w="1495"/>
        <w:gridCol w:w="1846"/>
        <w:gridCol w:w="1495"/>
      </w:tblGrid>
      <w:tr>
        <w:trPr>
          <w:tblHeader/>
        </w:trPr>
        <w:tc>
          <w:tcPr>
            <w:tcW w:type="dxa" w:w="2022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日付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物件・作業コード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サービス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開始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終了</w:t>
            </w:r>
          </w:p>
        </w:tc>
        <w:tc>
          <w:tcPr>
            <w:tcW w:type="dxa" w:w="1846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休憩（分）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時間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</w:tbl>
    <w:p>
      <w:pPr>
        <w:spacing w:before="180"/>
      </w:pPr>
      <w:r>
        <w:t>合計時間：__________ 署名・承認：_________________________________</w:t>
      </w:r>
    </w:p>
    <w:p>
      <w:pPr>
        <w:spacing w:after="40"/>
      </w:pPr>
      <w:r>
        <w:rPr>
          <w:sz w:val="16"/>
        </w:rPr>
        <w:t>実際の開始・終了時刻と無給休憩を入力してください。時間は小数表記で、時：分ではありません。</w:t>
      </w:r>
    </w:p>
    <w:p>
      <w:pPr>
        <w:spacing w:after="40"/>
      </w:pPr>
      <w:r>
        <w:rPr>
          <w:sz w:val="16"/>
        </w:rPr>
        <w:t>日付をまたぐ勤務：開始日を記録してください。各行は24時間未満とし、長い勤務は行を分けます。</w:t>
      </w:r>
    </w:p>
    <w:p>
      <w:pPr>
        <w:spacing w:after="40"/>
      </w:pPr>
      <w:r>
        <w:rPr>
          <w:sz w:val="16"/>
        </w:rPr>
        <w:t>PDFとWordは手動の記録です。Excelは経過時間を計算し、賃金、時間外手当の資格、控除は計算しません。</w:t>
      </w:r>
    </w:p>
    <w:p>
      <w:pPr>
        <w:spacing w:after="40"/>
      </w:pPr>
      <w:r>
        <w:rPr>
          <w:sz w:val="16"/>
        </w:rPr>
        <w:t>入室情報ではなく物件コードを使ってください。</w:t>
      </w:r>
    </w:p>
    <w:sectPr w:rsidR="00FC693F" w:rsidRPr="0006063C" w:rsidSect="00034616">
      <w:footerReference w:type="default" r:id="rId9"/>
      <w:pgSz w:w="15840" w:h="12240" w:orient="landscape"/>
      <w:pgMar w:top="691" w:right="835" w:bottom="605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timesheettemplate.app | デジタルで時間記録：trackworkapp.co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Liberation Sans" w:hAnsi="Liberation Sans" w:hint="default" w:eastAsia="Noto Sans CJK JP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Liberation Sans" w:hAnsi="Liberation Sans" w:hint="default" w:eastAsia="Noto Sans CJK JP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Liberation Sans" w:hAnsi="Liberation Sans" w:hint="default" w:eastAsia="Noto Sans CJK JP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Liberation Sans" w:hAnsi="Liberation Sans" w:hint="default" w:eastAsia="Noto Sans CJK JP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ja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Liberation Sans" w:hAnsi="Liberation Sans" w:eastAsia="Noto Sans CJK JP"/>
      <w:color w:val="203F39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ja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Cleaning timesheet template</dc:title>
  <dc:subject/>
  <dc:creator>TimesheetTemplate.app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