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100"/>
      </w:pPr>
      <w:r>
        <w:rPr>
          <w:b/>
          <w:color w:val="000000"/>
          <w:sz w:val="44"/>
        </w:rPr>
        <w:t>Foglio ore mensile</w:t>
      </w:r>
    </w:p>
    <w:p>
      <w:pPr>
        <w:spacing w:after="240"/>
      </w:pPr>
      <w:r>
        <w:t>Un mese di calendario | Modello vuoto modificabile</w:t>
      </w:r>
    </w:p>
    <w:p>
      <w:r>
        <w:t>Nome / squadra: ___________________________________ Periodo: ___________________________________</w:t>
      </w:r>
    </w:p>
    <w:p>
      <w:r>
        <w:t>Organizzazione / cliente: ______________________________ Verificato da: ______________________________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544"/>
        <w:gridCol w:w="3649"/>
        <w:gridCol w:w="1880"/>
        <w:gridCol w:w="1880"/>
        <w:gridCol w:w="2322"/>
        <w:gridCol w:w="1880"/>
      </w:tblGrid>
      <w:tr>
        <w:trPr>
          <w:tblHeader/>
        </w:trPr>
        <w:tc>
          <w:tcPr>
            <w:tcW w:type="dxa" w:w="2544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Data</w:t>
            </w:r>
          </w:p>
        </w:tc>
        <w:tc>
          <w:tcPr>
            <w:tcW w:type="dxa" w:w="3649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Incarico / note</w:t>
            </w:r>
          </w:p>
        </w:tc>
        <w:tc>
          <w:tcPr>
            <w:tcW w:type="dxa" w:w="1880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Inizio</w:t>
            </w:r>
          </w:p>
        </w:tc>
        <w:tc>
          <w:tcPr>
            <w:tcW w:type="dxa" w:w="1880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Fine</w:t>
            </w:r>
          </w:p>
        </w:tc>
        <w:tc>
          <w:tcPr>
            <w:tcW w:type="dxa" w:w="2322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Pausa (min)</w:t>
            </w:r>
          </w:p>
        </w:tc>
        <w:tc>
          <w:tcPr>
            <w:tcW w:type="dxa" w:w="1880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Ore</w:t>
            </w:r>
          </w:p>
        </w:tc>
      </w:tr>
      <w:tr>
        <w:trPr>
          <w:trHeight w:val="331" w:hRule="atLeast"/>
        </w:trPr>
        <w:tc>
          <w:tcPr>
            <w:tcW w:type="dxa" w:w="2544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3649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3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 w:hRule="atLeast"/>
        </w:trPr>
        <w:tc>
          <w:tcPr>
            <w:tcW w:type="dxa" w:w="2544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3649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3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 w:hRule="atLeast"/>
        </w:trPr>
        <w:tc>
          <w:tcPr>
            <w:tcW w:type="dxa" w:w="2544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3649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3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 w:hRule="atLeast"/>
        </w:trPr>
        <w:tc>
          <w:tcPr>
            <w:tcW w:type="dxa" w:w="2544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3649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3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 w:hRule="atLeast"/>
        </w:trPr>
        <w:tc>
          <w:tcPr>
            <w:tcW w:type="dxa" w:w="2544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3649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3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 w:hRule="atLeast"/>
        </w:trPr>
        <w:tc>
          <w:tcPr>
            <w:tcW w:type="dxa" w:w="2544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3649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3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 w:hRule="atLeast"/>
        </w:trPr>
        <w:tc>
          <w:tcPr>
            <w:tcW w:type="dxa" w:w="2544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3649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3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 w:hRule="atLeast"/>
        </w:trPr>
        <w:tc>
          <w:tcPr>
            <w:tcW w:type="dxa" w:w="2544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3649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3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 w:hRule="atLeast"/>
        </w:trPr>
        <w:tc>
          <w:tcPr>
            <w:tcW w:type="dxa" w:w="2544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3649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3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 w:hRule="atLeast"/>
        </w:trPr>
        <w:tc>
          <w:tcPr>
            <w:tcW w:type="dxa" w:w="2544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3649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3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 w:hRule="atLeast"/>
        </w:trPr>
        <w:tc>
          <w:tcPr>
            <w:tcW w:type="dxa" w:w="2544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3649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3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 w:hRule="atLeast"/>
        </w:trPr>
        <w:tc>
          <w:tcPr>
            <w:tcW w:type="dxa" w:w="2544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3649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3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 w:hRule="atLeast"/>
        </w:trPr>
        <w:tc>
          <w:tcPr>
            <w:tcW w:type="dxa" w:w="2544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3649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3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 w:hRule="atLeast"/>
        </w:trPr>
        <w:tc>
          <w:tcPr>
            <w:tcW w:type="dxa" w:w="2544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3649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3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 w:hRule="atLeast"/>
        </w:trPr>
        <w:tc>
          <w:tcPr>
            <w:tcW w:type="dxa" w:w="2544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3649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3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 w:hRule="atLeast"/>
        </w:trPr>
        <w:tc>
          <w:tcPr>
            <w:tcW w:type="dxa" w:w="2544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3649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3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</w:tbl>
    <w:p>
      <w:pPr>
        <w:spacing w:before="180"/>
      </w:pPr>
      <w:r>
        <w:t>Totale ore della pagina: __________ Firma / approvazione: _________________________________</w:t>
      </w:r>
    </w:p>
    <w:p>
      <w:pPr>
        <w:spacing w:after="40"/>
      </w:pPr>
      <w:r>
        <w:rPr>
          <w:sz w:val="16"/>
        </w:rPr>
        <w:t>Inserisci inizio/fine effettivi e pause non retribuite. Le ore sono decimali, non ore:minuti.</w:t>
      </w:r>
    </w:p>
    <w:p>
      <w:pPr>
        <w:spacing w:after="40"/>
      </w:pPr>
      <w:r>
        <w:rPr>
          <w:sz w:val="16"/>
        </w:rPr>
        <w:t>Notturno: registra la data di inizio del turno. Ogni riga deve durare meno di 24 ore. Dividi i lavori più lunghi in più righe.</w:t>
      </w:r>
    </w:p>
    <w:p>
      <w:pPr>
        <w:spacing w:after="40"/>
      </w:pPr>
      <w:r>
        <w:rPr>
          <w:sz w:val="16"/>
        </w:rPr>
        <w:t>PDF e Word sono registri manuali. Excel calcola le ore trascorse, non salari, diritto agli straordinari o trattenute.</w:t>
      </w:r>
    </w:p>
    <w:p>
      <w:pPr>
        <w:spacing w:after="40"/>
      </w:pPr>
      <w:r>
        <w:rPr>
          <w:sz w:val="16"/>
        </w:rPr>
        <w:t>Non inserire date come il 30 febbraio.</w:t>
      </w:r>
    </w:p>
    <w:p>
      <w:r>
        <w:br w:type="page"/>
      </w:r>
    </w:p>
    <w:p>
      <w:pPr>
        <w:pStyle w:val="Title"/>
        <w:spacing w:after="100"/>
      </w:pPr>
      <w:r>
        <w:rPr>
          <w:b/>
          <w:color w:val="000000"/>
          <w:sz w:val="44"/>
        </w:rPr>
        <w:t>Foglio ore mensile</w:t>
      </w:r>
    </w:p>
    <w:p>
      <w:pPr>
        <w:spacing w:after="240"/>
      </w:pPr>
      <w:r>
        <w:t>Un mese di calendario | Modello vuoto modificabile</w:t>
      </w:r>
    </w:p>
    <w:p>
      <w:r>
        <w:t>Nome / squadra: ___________________________________ Periodo: ___________________________________</w:t>
      </w:r>
    </w:p>
    <w:p>
      <w:r>
        <w:t>Organizzazione / cliente: ______________________________ Verificato da: ______________________________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544"/>
        <w:gridCol w:w="3649"/>
        <w:gridCol w:w="1880"/>
        <w:gridCol w:w="1880"/>
        <w:gridCol w:w="2322"/>
        <w:gridCol w:w="1880"/>
      </w:tblGrid>
      <w:tr>
        <w:trPr>
          <w:tblHeader/>
        </w:trPr>
        <w:tc>
          <w:tcPr>
            <w:tcW w:type="dxa" w:w="2544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Data</w:t>
            </w:r>
          </w:p>
        </w:tc>
        <w:tc>
          <w:tcPr>
            <w:tcW w:type="dxa" w:w="3649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Incarico / note</w:t>
            </w:r>
          </w:p>
        </w:tc>
        <w:tc>
          <w:tcPr>
            <w:tcW w:type="dxa" w:w="1880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Inizio</w:t>
            </w:r>
          </w:p>
        </w:tc>
        <w:tc>
          <w:tcPr>
            <w:tcW w:type="dxa" w:w="1880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Fine</w:t>
            </w:r>
          </w:p>
        </w:tc>
        <w:tc>
          <w:tcPr>
            <w:tcW w:type="dxa" w:w="2322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Pausa (min)</w:t>
            </w:r>
          </w:p>
        </w:tc>
        <w:tc>
          <w:tcPr>
            <w:tcW w:type="dxa" w:w="1880"/>
            <w:shd w:fill="E4F3ED"/>
            <w:vAlign w:val="center"/>
          </w:tcPr>
          <w:p>
            <w:pPr>
              <w:spacing w:after="60" w:before="60"/>
            </w:pPr>
            <w:r>
              <w:rPr>
                <w:b/>
                <w:sz w:val="16"/>
              </w:rPr>
              <w:t>Ore</w:t>
            </w:r>
          </w:p>
        </w:tc>
      </w:tr>
      <w:tr>
        <w:trPr>
          <w:trHeight w:val="331" w:hRule="atLeast"/>
        </w:trPr>
        <w:tc>
          <w:tcPr>
            <w:tcW w:type="dxa" w:w="2544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3649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3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 w:hRule="atLeast"/>
        </w:trPr>
        <w:tc>
          <w:tcPr>
            <w:tcW w:type="dxa" w:w="2544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3649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3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 w:hRule="atLeast"/>
        </w:trPr>
        <w:tc>
          <w:tcPr>
            <w:tcW w:type="dxa" w:w="2544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3649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3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 w:hRule="atLeast"/>
        </w:trPr>
        <w:tc>
          <w:tcPr>
            <w:tcW w:type="dxa" w:w="2544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3649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3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 w:hRule="atLeast"/>
        </w:trPr>
        <w:tc>
          <w:tcPr>
            <w:tcW w:type="dxa" w:w="2544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3649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3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 w:hRule="atLeast"/>
        </w:trPr>
        <w:tc>
          <w:tcPr>
            <w:tcW w:type="dxa" w:w="2544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3649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3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 w:hRule="atLeast"/>
        </w:trPr>
        <w:tc>
          <w:tcPr>
            <w:tcW w:type="dxa" w:w="2544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3649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3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 w:hRule="atLeast"/>
        </w:trPr>
        <w:tc>
          <w:tcPr>
            <w:tcW w:type="dxa" w:w="2544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3649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3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 w:hRule="atLeast"/>
        </w:trPr>
        <w:tc>
          <w:tcPr>
            <w:tcW w:type="dxa" w:w="2544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3649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3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 w:hRule="atLeast"/>
        </w:trPr>
        <w:tc>
          <w:tcPr>
            <w:tcW w:type="dxa" w:w="2544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3649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3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 w:hRule="atLeast"/>
        </w:trPr>
        <w:tc>
          <w:tcPr>
            <w:tcW w:type="dxa" w:w="2544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3649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3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 w:hRule="atLeast"/>
        </w:trPr>
        <w:tc>
          <w:tcPr>
            <w:tcW w:type="dxa" w:w="2544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3649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3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 w:hRule="atLeast"/>
        </w:trPr>
        <w:tc>
          <w:tcPr>
            <w:tcW w:type="dxa" w:w="2544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3649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3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 w:hRule="atLeast"/>
        </w:trPr>
        <w:tc>
          <w:tcPr>
            <w:tcW w:type="dxa" w:w="2544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3649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322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shd w:fill="F5FAF7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  <w:tr>
        <w:trPr>
          <w:trHeight w:val="331" w:hRule="atLeast"/>
        </w:trPr>
        <w:tc>
          <w:tcPr>
            <w:tcW w:type="dxa" w:w="2544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3649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2322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880"/>
            <w:vAlign w:val="center"/>
            <w:tcBorders>
              <w:bottom w:val="single" w:sz="4" w:color="CADAD3"/>
            </w:tcBorders>
          </w:tcPr>
          <w:p>
            <w:pPr>
              <w:spacing w:after="0"/>
            </w:pPr>
            <w:r>
              <w:t xml:space="preserve"> </w:t>
            </w:r>
          </w:p>
        </w:tc>
      </w:tr>
    </w:tbl>
    <w:p>
      <w:pPr>
        <w:spacing w:before="180"/>
      </w:pPr>
      <w:r>
        <w:t>Totale ore della pagina: __________ Firma / approvazione: _________________________________</w:t>
      </w:r>
    </w:p>
    <w:p>
      <w:pPr>
        <w:spacing w:after="40"/>
      </w:pPr>
      <w:r>
        <w:rPr>
          <w:sz w:val="16"/>
        </w:rPr>
        <w:t>Inserisci inizio/fine effettivi e pause non retribuite. Le ore sono decimali, non ore:minuti.</w:t>
      </w:r>
    </w:p>
    <w:p>
      <w:pPr>
        <w:spacing w:after="40"/>
      </w:pPr>
      <w:r>
        <w:rPr>
          <w:sz w:val="16"/>
        </w:rPr>
        <w:t>Notturno: registra la data di inizio del turno. Ogni riga deve durare meno di 24 ore. Dividi i lavori più lunghi in più righe.</w:t>
      </w:r>
    </w:p>
    <w:p>
      <w:pPr>
        <w:spacing w:after="40"/>
      </w:pPr>
      <w:r>
        <w:rPr>
          <w:sz w:val="16"/>
        </w:rPr>
        <w:t>PDF e Word sono registri manuali. Excel calcola le ore trascorse, non salari, diritto agli straordinari o trattenute.</w:t>
      </w:r>
    </w:p>
    <w:p>
      <w:pPr>
        <w:spacing w:after="40"/>
      </w:pPr>
      <w:r>
        <w:rPr>
          <w:sz w:val="16"/>
        </w:rPr>
        <w:t>Non inserire date come il 30 febbraio.</w:t>
      </w:r>
    </w:p>
    <w:sectPr w:rsidR="00FC693F" w:rsidRPr="0006063C" w:rsidSect="00034616">
      <w:footerReference w:type="default" r:id="rId9"/>
      <w:pgSz w:w="15840" w:h="12240" w:orient="landscape"/>
      <w:pgMar w:top="691" w:right="835" w:bottom="605" w:left="835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/>
    <w:r>
      <w:rPr>
        <w:sz w:val="16"/>
      </w:rPr>
      <w:t>timesheettemplate.app | Registra le ore in digitale: trackworkapp.co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Liberation Sans" w:hAnsi="Liberation Sans" w:hint="default" w:eastAsia="Noto Sans CJK JP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Liberation Sans" w:hAnsi="Liberation Sans" w:hint="default" w:eastAsia="Noto Sans CJK JP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Liberation Sans" w:hAnsi="Liberation Sans" w:hint="default" w:eastAsia="Noto Sans CJK JP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Liberation Sans" w:hAnsi="Liberation Sans" w:hint="default" w:eastAsia="Noto Sans CJK JP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 w:eastAsia="Noto Sans CJK JP" w:ascii="Liberation Sans" w:hAnsi="Liberation Sans"/>
        <w:sz w:val="22"/>
        <w:szCs w:val="22"/>
        <w:lang w:val="it" w:eastAsia="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Liberation Sans" w:hAnsi="Liberation Sans" w:eastAsia="Noto Sans CJK JP"/>
      <w:color w:val="203F39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 w:eastAsia="Noto Sans CJK JP" w:ascii="Liberation Sans" w:hAnsi="Liberation Sans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 w:eastAsia="Noto Sans CJK JP" w:ascii="Liberation Sans" w:hAnsi="Liberation Sans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 w:eastAsia="Noto Sans CJK JP" w:ascii="Liberation Sans" w:hAnsi="Liberation Sans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eastAsia="Noto Sans CJK JP" w:ascii="Liberation Sans" w:hAnsi="Liberation Sans"/>
      <w:color w:val="000000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 w:eastAsia="Noto Sans CJK JP" w:ascii="Liberation Sans" w:hAnsi="Liberation Sans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Liberation Sans" w:hAnsi="Liberation Sans" w:eastAsia="Noto Sans CJK JP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Liberation Sans" w:hAnsi="Liberation Sans" w:eastAsia="Noto Sans CJK JP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 w:eastAsia="Noto Sans CJK JP" w:ascii="Liberation Sans" w:hAnsi="Liberation Sans"/>
        <w:sz w:val="22"/>
        <w:szCs w:val="22"/>
        <w:lang w:val="it" w:eastAsia="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 w:eastAsia="Noto Sans CJK JP" w:ascii="Liberation Sans" w:hAnsi="Liberation Sans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 w:eastAsia="Noto Sans CJK JP" w:ascii="Liberation Sans" w:hAnsi="Liberation Sans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 w:eastAsia="Noto Sans CJK JP" w:ascii="Liberation Sans" w:hAnsi="Liberation Sans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eastAsia="Noto Sans CJK JP" w:ascii="Liberation Sans" w:hAnsi="Liberation Sans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 w:eastAsia="Noto Sans CJK JP" w:ascii="Liberation Sans" w:hAnsi="Liberation Sans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Liberation Sans" w:hAnsi="Liberation Sans" w:eastAsia="Noto Sans CJK JP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Liberation Sans" w:hAnsi="Liberation Sans" w:eastAsia="Noto Sans CJK JP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Monthly timesheet template</dc:title>
  <dc:subject/>
  <dc:creator>TimesheetTemplate.app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