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</w:pPr>
      <w:r>
        <w:rPr>
          <w:b/>
          <w:color w:val="000000"/>
          <w:sz w:val="44"/>
        </w:rPr>
        <w:t>Foglio ore per edilizia</w:t>
      </w:r>
    </w:p>
    <w:p>
      <w:pPr>
        <w:spacing w:after="240"/>
      </w:pPr>
      <w:r>
        <w:t>Periodo del cantiere | Modello vuoto modificabile</w:t>
      </w:r>
    </w:p>
    <w:p>
      <w:r>
        <w:t>Nome / squadra: ___________________________________ Periodo: ___________________________________</w:t>
      </w:r>
    </w:p>
    <w:p>
      <w:r>
        <w:t>Organizzazione / cliente: ______________________________ Verificato da: 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22"/>
        <w:gridCol w:w="2901"/>
        <w:gridCol w:w="2901"/>
        <w:gridCol w:w="1495"/>
        <w:gridCol w:w="1495"/>
        <w:gridCol w:w="1846"/>
        <w:gridCol w:w="1495"/>
      </w:tblGrid>
      <w:tr>
        <w:trPr>
          <w:tblHeader/>
        </w:trPr>
        <w:tc>
          <w:tcPr>
            <w:tcW w:type="dxa" w:w="2022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Data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Cantiere / codice costo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Mestiere / attività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Inizio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Fine</w:t>
            </w:r>
          </w:p>
        </w:tc>
        <w:tc>
          <w:tcPr>
            <w:tcW w:type="dxa" w:w="1846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Pausa (min)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Ore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before="180"/>
      </w:pPr>
      <w:r>
        <w:t>Totale ore della pagina: __________ Firma / approvazione: _________________________________</w:t>
      </w:r>
    </w:p>
    <w:p>
      <w:pPr>
        <w:spacing w:after="40"/>
      </w:pPr>
      <w:r>
        <w:rPr>
          <w:sz w:val="16"/>
        </w:rPr>
        <w:t>Inserisci inizio/fine effettivi e pause non retribuite. Le ore sono decimali, non ore:minuti.</w:t>
      </w:r>
    </w:p>
    <w:p>
      <w:pPr>
        <w:spacing w:after="40"/>
      </w:pPr>
      <w:r>
        <w:rPr>
          <w:sz w:val="16"/>
        </w:rPr>
        <w:t>Notturno: registra la data di inizio del turno. Ogni riga deve durare meno di 24 ore. Dividi i lavori più lunghi in più righe.</w:t>
      </w:r>
    </w:p>
    <w:p>
      <w:pPr>
        <w:spacing w:after="40"/>
      </w:pPr>
      <w:r>
        <w:rPr>
          <w:sz w:val="16"/>
        </w:rPr>
        <w:t>PDF e Word sono registri manuali. Excel calcola le ore trascorse, non salari, diritto agli straordinari o trattenute.</w:t>
      </w:r>
    </w:p>
    <w:p>
      <w:pPr>
        <w:spacing w:after="40"/>
      </w:pPr>
      <w:r>
        <w:rPr>
          <w:sz w:val="16"/>
        </w:rPr>
        <w:t>Usa righe separate per i trasferimenti tra cantieri.</w:t>
      </w:r>
    </w:p>
    <w:p>
      <w:r>
        <w:br w:type="page"/>
      </w:r>
    </w:p>
    <w:p>
      <w:pPr>
        <w:pStyle w:val="Title"/>
        <w:spacing w:after="100"/>
      </w:pPr>
      <w:r>
        <w:rPr>
          <w:b/>
          <w:color w:val="000000"/>
          <w:sz w:val="44"/>
        </w:rPr>
        <w:t>Foglio ore per edilizia</w:t>
      </w:r>
    </w:p>
    <w:p>
      <w:pPr>
        <w:spacing w:after="240"/>
      </w:pPr>
      <w:r>
        <w:t>Periodo del cantiere | Modello vuoto modificabile</w:t>
      </w:r>
    </w:p>
    <w:p>
      <w:r>
        <w:t>Nome / squadra: ___________________________________ Periodo: ___________________________________</w:t>
      </w:r>
    </w:p>
    <w:p>
      <w:r>
        <w:t>Organizzazione / cliente: ______________________________ Verificato da: 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22"/>
        <w:gridCol w:w="2901"/>
        <w:gridCol w:w="2901"/>
        <w:gridCol w:w="1495"/>
        <w:gridCol w:w="1495"/>
        <w:gridCol w:w="1846"/>
        <w:gridCol w:w="1495"/>
      </w:tblGrid>
      <w:tr>
        <w:trPr>
          <w:tblHeader/>
        </w:trPr>
        <w:tc>
          <w:tcPr>
            <w:tcW w:type="dxa" w:w="2022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Data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Cantiere / codice costo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Mestiere / attività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Inizio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Fine</w:t>
            </w:r>
          </w:p>
        </w:tc>
        <w:tc>
          <w:tcPr>
            <w:tcW w:type="dxa" w:w="1846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Pausa (min)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Ore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before="180"/>
      </w:pPr>
      <w:r>
        <w:t>Totale ore della pagina: __________ Firma / approvazione: _________________________________</w:t>
      </w:r>
    </w:p>
    <w:p>
      <w:pPr>
        <w:spacing w:after="40"/>
      </w:pPr>
      <w:r>
        <w:rPr>
          <w:sz w:val="16"/>
        </w:rPr>
        <w:t>Inserisci inizio/fine effettivi e pause non retribuite. Le ore sono decimali, non ore:minuti.</w:t>
      </w:r>
    </w:p>
    <w:p>
      <w:pPr>
        <w:spacing w:after="40"/>
      </w:pPr>
      <w:r>
        <w:rPr>
          <w:sz w:val="16"/>
        </w:rPr>
        <w:t>Notturno: registra la data di inizio del turno. Ogni riga deve durare meno di 24 ore. Dividi i lavori più lunghi in più righe.</w:t>
      </w:r>
    </w:p>
    <w:p>
      <w:pPr>
        <w:spacing w:after="40"/>
      </w:pPr>
      <w:r>
        <w:rPr>
          <w:sz w:val="16"/>
        </w:rPr>
        <w:t>PDF e Word sono registri manuali. Excel calcola le ore trascorse, non salari, diritto agli straordinari o trattenute.</w:t>
      </w:r>
    </w:p>
    <w:p>
      <w:pPr>
        <w:spacing w:after="40"/>
      </w:pPr>
      <w:r>
        <w:rPr>
          <w:sz w:val="16"/>
        </w:rPr>
        <w:t>Usa righe separate per i trasferimenti tra cantieri.</w:t>
      </w:r>
    </w:p>
    <w:sectPr w:rsidR="00FC693F" w:rsidRPr="0006063C" w:rsidSect="00034616">
      <w:footerReference w:type="default" r:id="rId9"/>
      <w:pgSz w:w="15840" w:h="12240" w:orient="landscape"/>
      <w:pgMar w:top="691" w:right="835" w:bottom="605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timesheettemplate.app | Registra le ore in digitale: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it" w:eastAsia="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203F39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it" w:eastAsia="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Construction timesheet template</dc:title>
  <dc:subject/>
  <dc:creator>TimesheetTemplate.app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