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Bon de commande chantier</w:t>
      </w:r>
    </w:p>
    <w:p>
      <w:r>
        <w:t>Demande de commande émise par l’acheteur. Confirmez l’acceptation du fournisseur et les conditions avant engagement.</w:t>
      </w:r>
    </w:p>
    <w:p>
      <w:pPr>
        <w:spacing w:after="160"/>
      </w:pPr>
      <w:r>
        <w:t>Acheteur / entreprise de travaux : __________________________ Fournisseur : __________________________</w:t>
      </w:r>
    </w:p>
    <w:p>
      <w:pPr>
        <w:spacing w:after="160"/>
      </w:pPr>
      <w:r>
        <w:t>Référence projet / chantier : __________________________ Code de coût : __________________________</w:t>
      </w:r>
    </w:p>
    <w:p>
      <w:pPr>
        <w:spacing w:after="160"/>
      </w:pPr>
      <w:r>
        <w:t>Lieu de livraison : __________________________ Date demandée : __________________________</w:t>
      </w:r>
    </w:p>
    <w:p>
      <w:pPr>
        <w:spacing w:after="160"/>
      </w:pPr>
      <w:r>
        <w:t>Devise : __________________________ Référence / date d’émission : 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41"/>
        <w:gridCol w:w="3560"/>
        <w:gridCol w:w="1780"/>
        <w:gridCol w:w="1780"/>
        <w:gridCol w:w="1780"/>
      </w:tblGrid>
      <w:tr>
        <w:tc>
          <w:tcPr>
            <w:tcW w:type="dxa" w:w="534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Description</w:t>
            </w:r>
          </w:p>
        </w:tc>
        <w:tc>
          <w:tcPr>
            <w:tcW w:type="dxa" w:w="356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Spécification / unité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Quantité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Tarif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Montant</w:t>
            </w: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Sous-total : __________ Remise : __________ Taux / montant de taxe : __________________</w:t>
      </w:r>
    </w:p>
    <w:p>
      <w:r>
        <w:t>Livraison : __________ TOTAL : __________ Devise : _________ Approbation : __________________</w:t>
      </w:r>
    </w:p>
    <w:p>
      <w:pPr>
        <w:spacing w:after="40"/>
      </w:pPr>
      <w:r>
        <w:rPr>
          <w:sz w:val="16"/>
        </w:rPr>
        <w:t>Demande de commande émise par l’acheteur. Confirmez l’acceptation du fournisseur et les conditions avant engagement.</w:t>
      </w:r>
    </w:p>
    <w:p>
      <w:pPr>
        <w:spacing w:after="40"/>
      </w:pPr>
      <w:r>
        <w:rPr>
          <w:sz w:val="16"/>
        </w:rPr>
        <w:t>Formulaire manuel : calculez et vérifiez tous les montants. Indiquez une devise ; aucun traitement fiscal n’est présumé.</w:t>
      </w:r>
    </w:p>
    <w:p>
      <w:pPr>
        <w:spacing w:after="40"/>
      </w:pPr>
      <w:r>
        <w:rPr>
          <w:sz w:val="16"/>
        </w:rPr>
        <w:t>Ordre suggéré : sous-total moins remise fixe, taxe sur le sous-total remisé, puis livraison. Adaptez si nécessaire.</w:t>
      </w:r>
    </w:p>
    <w:p>
      <w:pPr>
        <w:spacing w:after="40"/>
      </w:pPr>
      <w:r>
        <w:rPr>
          <w:sz w:val="16"/>
        </w:rPr>
        <w:t>Distinguez les unités individuelles des lots ou cartons.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| Suivi des heures et factures 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fr" w:eastAsia="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Liberation Sans" w:hAnsi="Liberation Sans" w:eastAsia="Noto Sans CJK JP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Liberation Sans" w:hAnsi="Liberation Sans" w:eastAsia="Noto Sans CJK JP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Liberation Sans" w:hAnsi="Liberation Sans" w:eastAsia="Noto Sans CJK JP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Liberation Sans" w:hAnsi="Liberation Sans" w:eastAsia="Noto Sans CJK JP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Liberation Sans" w:hAnsi="Liberation Sans" w:eastAsia="Noto Sans CJK JP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Liberation Sans" w:hAnsi="Liberation Sans" w:eastAsia="Noto Sans CJK JP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Liberation Sans" w:hAnsi="Liberation Sans" w:eastAsia="Noto Sans CJK JP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Liberation Sans" w:hAnsi="Liberation Sans" w:eastAsia="Noto Sans CJK JP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Liberation Sans" w:hAnsi="Liberation Sans" w:eastAsia="Noto Sans CJK JP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Liberation Sans" w:hAnsi="Liberation Sans" w:eastAsia="Noto Sans CJK JP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Liberation Sans" w:hAnsi="Liberation Sans" w:eastAsia="Noto Sans CJK JP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Liberation Sans" w:hAnsi="Liberation Sans" w:eastAsia="Noto Sans CJK JP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iberation Sans" w:hAnsi="Liberation Sans" w:eastAsia="Noto Sans CJK JP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Liberation Sans" w:hAnsi="Liberation Sans" w:eastAsia="Noto Sans CJK JP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Liberation Sans" w:hAnsi="Liberation Sans" w:eastAsia="Noto Sans CJK JP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fr" w:eastAsia="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