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voluntariado</w:t>
      </w:r>
    </w:p>
    <w:p>
      <w:pPr>
        <w:spacing w:after="240"/>
      </w:pPr>
      <w:r>
        <w:t>Período de registro del programa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Programa / evento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Actividad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Confirma si cuentan la formación o los desplazamientos.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