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comercios</w:t>
      </w:r>
    </w:p>
    <w:p>
      <w:pPr>
        <w:spacing w:after="240"/>
      </w:pPr>
      <w:r>
        <w:t>Período de registro de tienda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Tienda / departamento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Actividad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No equipares el horario de apertura a las horas trabajadas.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