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por proyecto</w:t>
      </w:r>
    </w:p>
    <w:p>
      <w:pPr>
        <w:spacing w:after="240"/>
      </w:pPr>
      <w:r>
        <w:t>Período de registro del proyecto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Proyecto / tarea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el mismo nombre para la misma tarea.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