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Registro de horas sanitarias</w:t>
      </w:r>
    </w:p>
    <w:p>
      <w:pPr>
        <w:spacing w:after="240"/>
      </w:pPr>
      <w:r>
        <w:t>Período de registro de unidad | Plantilla editable en blanco</w:t>
      </w:r>
    </w:p>
    <w:p>
      <w:r>
        <w:t>Nombre / equipo: ___________________________________ Período: ___________________________________</w:t>
      </w:r>
    </w:p>
    <w:p>
      <w:r>
        <w:t>Organización / cliente: ______________________________ Revisado por: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Fecha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Unidad / asignación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Categoría de turno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Inicio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Descanso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Horas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Horas totales: __________ Firma / aprobación: _________________________________</w:t>
      </w:r>
    </w:p>
    <w:p>
      <w:pPr>
        <w:spacing w:after="40"/>
      </w:pPr>
      <w:r>
        <w:rPr>
          <w:sz w:val="16"/>
        </w:rPr>
        <w:t>Introduce horas reales de inicio/fin y descansos no remunerados. Las horas son decimales, no horas:minutos.</w:t>
      </w:r>
    </w:p>
    <w:p>
      <w:pPr>
        <w:spacing w:after="40"/>
      </w:pPr>
      <w:r>
        <w:rPr>
          <w:sz w:val="16"/>
        </w:rPr>
        <w:t>Nocturno: registra la fecha de inicio del turno. Cada fila debe durar menos de 24 horas. Divide el trabajo más largo en filas.</w:t>
      </w:r>
    </w:p>
    <w:p>
      <w:pPr>
        <w:spacing w:after="40"/>
      </w:pPr>
      <w:r>
        <w:rPr>
          <w:sz w:val="16"/>
        </w:rPr>
        <w:t>PDF y Word son registros manuales. Excel calcula horas transcurridas, no salarios, derecho a horas extra ni deducciones.</w:t>
      </w:r>
    </w:p>
    <w:p>
      <w:pPr>
        <w:spacing w:after="40"/>
      </w:pPr>
      <w:r>
        <w:rPr>
          <w:sz w:val="16"/>
        </w:rPr>
        <w:t>Nunca introduzcas información de pacientes en esta plantilla.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horas digitalmente: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Healthcare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