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de limpieza</w:t>
      </w:r>
    </w:p>
    <w:p>
      <w:pPr>
        <w:spacing w:after="240"/>
      </w:pPr>
      <w:r>
        <w:t>Período de registro del servicio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Código de inmueble / trabajo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Servicio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Usa códigos de inmueble en lugar de datos de acceso.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