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de limpieza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Datos del negocio de limpieza: __________________________ Datos de facturación del cliente: __________________________</w:t>
      </w:r>
    </w:p>
    <w:p>
      <w:pPr>
        <w:spacing w:after="160"/>
      </w:pPr>
      <w:r>
        <w:t>Código de inmueble / trabajo: __________________________ Período del servicio: __________________________</w:t>
      </w:r>
    </w:p>
    <w:p>
      <w:pPr>
        <w:spacing w:after="160"/>
      </w:pPr>
      <w:r>
        <w:t>Número de factura: __________________________ Condiciones de pago: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Fecha del servicio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No incluyas códigos de acceso en la factura.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