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cuidadores</w:t>
      </w:r>
    </w:p>
    <w:p>
      <w:pPr>
        <w:spacing w:after="240"/>
      </w:pPr>
      <w:r>
        <w:t>Período de registro de cuidados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Código de asignación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Categoría de trabajo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incluyas información de salud o medicación en la hoja.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