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Simple invoice</w:t>
      </w:r>
    </w:p>
    <w:p>
      <w:r>
        <w:t>Seller-issued request for payment. Complete all details and agree terms before sending.</w:t>
      </w:r>
    </w:p>
    <w:p>
      <w:pPr>
        <w:spacing w:after="160"/>
      </w:pPr>
      <w:r>
        <w:t>Seller name and contact: __________________________     Customer name and billing address: __________________________</w:t>
      </w:r>
    </w:p>
    <w:p>
      <w:pPr>
        <w:spacing w:after="160"/>
      </w:pPr>
      <w:r>
        <w:t>Invoice number: __________________________     Issue date: __________________________</w:t>
      </w:r>
    </w:p>
    <w:p>
      <w:pPr>
        <w:spacing w:after="160"/>
      </w:pPr>
      <w:r>
        <w:t>Currency: __________________________     Agreed payment terms: __________________________</w:t>
      </w:r>
    </w:p>
    <w:p>
      <w:pPr>
        <w:spacing w:after="160"/>
      </w:pPr>
      <w:r>
        <w:t>Review reference: __________________________     Document reference / issue date: __________________________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7121"/>
        <w:gridCol w:w="2374"/>
        <w:gridCol w:w="2374"/>
        <w:gridCol w:w="2374"/>
      </w:tblGrid>
      <w:tr>
        <w:tc>
          <w:tcPr>
            <w:tcW w:type="dxa" w:w="7121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Description</w:t>
            </w:r>
          </w:p>
        </w:tc>
        <w:tc>
          <w:tcPr>
            <w:tcW w:type="dxa" w:w="2374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Quantity</w:t>
            </w:r>
          </w:p>
        </w:tc>
        <w:tc>
          <w:tcPr>
            <w:tcW w:type="dxa" w:w="2374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Rate</w:t>
            </w:r>
          </w:p>
        </w:tc>
        <w:tc>
          <w:tcPr>
            <w:tcW w:type="dxa" w:w="2374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Amount</w:t>
            </w:r>
          </w:p>
        </w:tc>
      </w:tr>
      <w:tr>
        <w:trPr>
          <w:trHeight w:val="360"/>
        </w:trPr>
        <w:tc>
          <w:tcPr>
            <w:tcW w:type="dxa" w:w="712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237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237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237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/>
        </w:trPr>
        <w:tc>
          <w:tcPr>
            <w:tcW w:type="dxa" w:w="712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237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237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237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/>
        </w:trPr>
        <w:tc>
          <w:tcPr>
            <w:tcW w:type="dxa" w:w="712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237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237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237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/>
        </w:trPr>
        <w:tc>
          <w:tcPr>
            <w:tcW w:type="dxa" w:w="712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237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237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237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/>
        </w:trPr>
        <w:tc>
          <w:tcPr>
            <w:tcW w:type="dxa" w:w="712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237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237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237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/>
        </w:trPr>
        <w:tc>
          <w:tcPr>
            <w:tcW w:type="dxa" w:w="712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237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237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237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/>
        </w:trPr>
        <w:tc>
          <w:tcPr>
            <w:tcW w:type="dxa" w:w="712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237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237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237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/>
        </w:trPr>
        <w:tc>
          <w:tcPr>
            <w:tcW w:type="dxa" w:w="712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237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237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237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</w:tbl>
    <w:p>
      <w:r>
        <w:t>Subtotal: __________     Discount: __________     Tax rate / amount: __________________</w:t>
      </w:r>
    </w:p>
    <w:p>
      <w:r>
        <w:t>Shipping: __________     TOTAL: __________     Currency: _________     Approval: __________________</w:t>
      </w:r>
    </w:p>
    <w:p>
      <w:pPr>
        <w:spacing w:after="40"/>
      </w:pPr>
      <w:r>
        <w:rPr>
          <w:sz w:val="16"/>
        </w:rPr>
        <w:t>Seller-issued request for payment. Complete all details and agree terms before sending.</w:t>
      </w:r>
    </w:p>
    <w:p>
      <w:pPr>
        <w:spacing w:after="40"/>
      </w:pPr>
      <w:r>
        <w:rPr>
          <w:sz w:val="16"/>
        </w:rPr>
        <w:t>Manual blank: calculate and verify all amounts. State one currency; no tax treatment is presumed.</w:t>
      </w:r>
    </w:p>
    <w:p>
      <w:pPr>
        <w:spacing w:after="40"/>
      </w:pPr>
      <w:r>
        <w:rPr>
          <w:sz w:val="16"/>
        </w:rPr>
        <w:t>Suggested order: subtotal less fixed discount, tax on discounted subtotal, then shipping. Adapt if required.</w:t>
      </w:r>
    </w:p>
    <w:p>
      <w:pPr>
        <w:spacing w:after="40"/>
      </w:pPr>
      <w:r>
        <w:rPr>
          <w:sz w:val="16"/>
        </w:rPr>
        <w:t>Use a unique invoice number.</w:t>
      </w:r>
    </w:p>
    <w:sectPr w:rsidR="00FC693F" w:rsidRPr="0006063C" w:rsidSect="00034616">
      <w:footerReference w:type="default" r:id="rId9"/>
      <w:pgSz w:w="15840" w:h="12240"/>
      <w:pgMar w:top="576" w:right="792" w:bottom="576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timesheettemplate.app  |  Track hours and invoices: 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/>
      <w:color w:val="00000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Arial" w:hAnsi="Arial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Arial" w:hAnsi="Arial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Arial" w:hAnsi="Arial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Arial" w:hAnsi="Arial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Arial" w:hAnsi="Arial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Arial" w:hAnsi="Arial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Arial" w:hAnsi="Arial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Arial" w:hAnsi="Arial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Arial" w:hAnsi="Arial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Arial" w:hAnsi="Arial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Arial" w:hAnsi="Arial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Arial" w:hAnsi="Arial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Arial" w:hAnsi="Arial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Arial" w:hAnsi="Arial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/>
      <w:color w:val="00000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Arial" w:hAnsi="Arial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Arial" w:hAnsi="Arial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Arial" w:hAnsi="Arial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Arial" w:hAnsi="Arial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Arial" w:hAnsi="Arial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Arial" w:hAnsi="Arial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Arial" w:hAnsi="Arial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Arial" w:hAnsi="Arial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hAnsi="Arial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Arial" w:hAnsi="Arial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Arial" w:hAnsi="Arial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Arial" w:hAnsi="Arial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Arial" w:hAnsi="Arial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