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100"/>
      </w:pPr>
      <w:r>
        <w:rPr>
          <w:b/>
          <w:color w:val="000000"/>
          <w:sz w:val="44"/>
        </w:rPr>
        <w:t>Monthly timesheet</w:t>
      </w:r>
    </w:p>
    <w:p>
      <w:pPr>
        <w:spacing w:after="240"/>
      </w:pPr>
      <w:r>
        <w:t>One calendar month  |  Blank editable template</w:t>
      </w:r>
    </w:p>
    <w:p>
      <w:r>
        <w:t>Name / team: ___________________________________        Period: ___________________________________</w:t>
      </w:r>
    </w:p>
    <w:p>
      <w:r>
        <w:t>Organization / client: ______________________________        Reviewed by: ______________________________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544"/>
        <w:gridCol w:w="3649"/>
        <w:gridCol w:w="1880"/>
        <w:gridCol w:w="1880"/>
        <w:gridCol w:w="2322"/>
        <w:gridCol w:w="1880"/>
      </w:tblGrid>
      <w:tr>
        <w:trPr>
          <w:tblHeader/>
        </w:trPr>
        <w:tc>
          <w:tcPr>
            <w:tcW w:type="dxa" w:w="2544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Date</w:t>
            </w:r>
          </w:p>
        </w:tc>
        <w:tc>
          <w:tcPr>
            <w:tcW w:type="dxa" w:w="3649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Assignment / notes</w:t>
            </w:r>
          </w:p>
        </w:tc>
        <w:tc>
          <w:tcPr>
            <w:tcW w:type="dxa" w:w="1880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Start</w:t>
            </w:r>
          </w:p>
        </w:tc>
        <w:tc>
          <w:tcPr>
            <w:tcW w:type="dxa" w:w="1880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End</w:t>
            </w:r>
          </w:p>
        </w:tc>
        <w:tc>
          <w:tcPr>
            <w:tcW w:type="dxa" w:w="2322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Break (min)</w:t>
            </w:r>
          </w:p>
        </w:tc>
        <w:tc>
          <w:tcPr>
            <w:tcW w:type="dxa" w:w="1880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Hours</w:t>
            </w:r>
          </w:p>
        </w:tc>
      </w:tr>
      <w:tr>
        <w:trPr>
          <w:trHeight w:val="331"/>
        </w:trPr>
        <w:tc>
          <w:tcPr>
            <w:tcW w:type="dxa" w:w="2544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/>
        </w:trPr>
        <w:tc>
          <w:tcPr>
            <w:tcW w:type="dxa" w:w="2544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/>
        </w:trPr>
        <w:tc>
          <w:tcPr>
            <w:tcW w:type="dxa" w:w="2544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/>
        </w:trPr>
        <w:tc>
          <w:tcPr>
            <w:tcW w:type="dxa" w:w="2544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/>
        </w:trPr>
        <w:tc>
          <w:tcPr>
            <w:tcW w:type="dxa" w:w="2544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/>
        </w:trPr>
        <w:tc>
          <w:tcPr>
            <w:tcW w:type="dxa" w:w="2544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/>
        </w:trPr>
        <w:tc>
          <w:tcPr>
            <w:tcW w:type="dxa" w:w="2544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/>
        </w:trPr>
        <w:tc>
          <w:tcPr>
            <w:tcW w:type="dxa" w:w="2544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/>
        </w:trPr>
        <w:tc>
          <w:tcPr>
            <w:tcW w:type="dxa" w:w="2544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/>
        </w:trPr>
        <w:tc>
          <w:tcPr>
            <w:tcW w:type="dxa" w:w="2544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/>
        </w:trPr>
        <w:tc>
          <w:tcPr>
            <w:tcW w:type="dxa" w:w="2544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/>
        </w:trPr>
        <w:tc>
          <w:tcPr>
            <w:tcW w:type="dxa" w:w="2544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/>
        </w:trPr>
        <w:tc>
          <w:tcPr>
            <w:tcW w:type="dxa" w:w="2544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/>
        </w:trPr>
        <w:tc>
          <w:tcPr>
            <w:tcW w:type="dxa" w:w="2544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/>
        </w:trPr>
        <w:tc>
          <w:tcPr>
            <w:tcW w:type="dxa" w:w="2544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/>
        </w:trPr>
        <w:tc>
          <w:tcPr>
            <w:tcW w:type="dxa" w:w="2544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</w:tbl>
    <w:p>
      <w:pPr>
        <w:spacing w:before="180"/>
      </w:pPr>
      <w:r>
        <w:t>Page total hours: __________                         Signature / approval: _________________________________</w:t>
      </w:r>
    </w:p>
    <w:p>
      <w:pPr>
        <w:spacing w:after="40"/>
      </w:pPr>
      <w:r>
        <w:rPr>
          <w:sz w:val="16"/>
        </w:rPr>
        <w:t>Enter actual start/end times and unpaid breaks. Hours are decimal hours, not hours:minutes.</w:t>
      </w:r>
    </w:p>
    <w:p>
      <w:pPr>
        <w:spacing w:after="40"/>
      </w:pPr>
      <w:r>
        <w:rPr>
          <w:sz w:val="16"/>
        </w:rPr>
        <w:t>Overnight: record the date the shift starts. Each row must be shorter than 24 hours. Split longer work into rows.</w:t>
      </w:r>
    </w:p>
    <w:p>
      <w:pPr>
        <w:spacing w:after="40"/>
      </w:pPr>
      <w:r>
        <w:rPr>
          <w:sz w:val="16"/>
        </w:rPr>
        <w:t>PDF and Word are manual records. Excel calculates elapsed hours, not wages, overtime entitlement or deductions.</w:t>
      </w:r>
    </w:p>
    <w:p>
      <w:pPr>
        <w:spacing w:after="40"/>
      </w:pPr>
      <w:r>
        <w:rPr>
          <w:sz w:val="16"/>
        </w:rPr>
        <w:t>Do not enter dates such as February 30.</w:t>
      </w:r>
    </w:p>
    <w:p>
      <w:r>
        <w:br w:type="page"/>
      </w:r>
    </w:p>
    <w:p>
      <w:pPr>
        <w:pStyle w:val="Title"/>
        <w:spacing w:after="100"/>
      </w:pPr>
      <w:r>
        <w:rPr>
          <w:b/>
          <w:color w:val="000000"/>
          <w:sz w:val="44"/>
        </w:rPr>
        <w:t>Monthly timesheet</w:t>
      </w:r>
    </w:p>
    <w:p>
      <w:pPr>
        <w:spacing w:after="240"/>
      </w:pPr>
      <w:r>
        <w:t>One calendar month  |  Blank editable template</w:t>
      </w:r>
    </w:p>
    <w:p>
      <w:r>
        <w:t>Name / team: ___________________________________        Period: ___________________________________</w:t>
      </w:r>
    </w:p>
    <w:p>
      <w:r>
        <w:t>Organization / client: ______________________________        Reviewed by: ______________________________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544"/>
        <w:gridCol w:w="3649"/>
        <w:gridCol w:w="1880"/>
        <w:gridCol w:w="1880"/>
        <w:gridCol w:w="2322"/>
        <w:gridCol w:w="1880"/>
      </w:tblGrid>
      <w:tr>
        <w:trPr>
          <w:tblHeader/>
        </w:trPr>
        <w:tc>
          <w:tcPr>
            <w:tcW w:type="dxa" w:w="2544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Date</w:t>
            </w:r>
          </w:p>
        </w:tc>
        <w:tc>
          <w:tcPr>
            <w:tcW w:type="dxa" w:w="3649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Assignment / notes</w:t>
            </w:r>
          </w:p>
        </w:tc>
        <w:tc>
          <w:tcPr>
            <w:tcW w:type="dxa" w:w="1880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Start</w:t>
            </w:r>
          </w:p>
        </w:tc>
        <w:tc>
          <w:tcPr>
            <w:tcW w:type="dxa" w:w="1880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End</w:t>
            </w:r>
          </w:p>
        </w:tc>
        <w:tc>
          <w:tcPr>
            <w:tcW w:type="dxa" w:w="2322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Break (min)</w:t>
            </w:r>
          </w:p>
        </w:tc>
        <w:tc>
          <w:tcPr>
            <w:tcW w:type="dxa" w:w="1880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Hours</w:t>
            </w:r>
          </w:p>
        </w:tc>
      </w:tr>
      <w:tr>
        <w:trPr>
          <w:trHeight w:val="331"/>
        </w:trPr>
        <w:tc>
          <w:tcPr>
            <w:tcW w:type="dxa" w:w="2544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/>
        </w:trPr>
        <w:tc>
          <w:tcPr>
            <w:tcW w:type="dxa" w:w="2544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/>
        </w:trPr>
        <w:tc>
          <w:tcPr>
            <w:tcW w:type="dxa" w:w="2544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/>
        </w:trPr>
        <w:tc>
          <w:tcPr>
            <w:tcW w:type="dxa" w:w="2544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/>
        </w:trPr>
        <w:tc>
          <w:tcPr>
            <w:tcW w:type="dxa" w:w="2544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/>
        </w:trPr>
        <w:tc>
          <w:tcPr>
            <w:tcW w:type="dxa" w:w="2544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/>
        </w:trPr>
        <w:tc>
          <w:tcPr>
            <w:tcW w:type="dxa" w:w="2544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/>
        </w:trPr>
        <w:tc>
          <w:tcPr>
            <w:tcW w:type="dxa" w:w="2544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/>
        </w:trPr>
        <w:tc>
          <w:tcPr>
            <w:tcW w:type="dxa" w:w="2544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/>
        </w:trPr>
        <w:tc>
          <w:tcPr>
            <w:tcW w:type="dxa" w:w="2544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/>
        </w:trPr>
        <w:tc>
          <w:tcPr>
            <w:tcW w:type="dxa" w:w="2544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/>
        </w:trPr>
        <w:tc>
          <w:tcPr>
            <w:tcW w:type="dxa" w:w="2544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/>
        </w:trPr>
        <w:tc>
          <w:tcPr>
            <w:tcW w:type="dxa" w:w="2544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/>
        </w:trPr>
        <w:tc>
          <w:tcPr>
            <w:tcW w:type="dxa" w:w="2544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/>
        </w:trPr>
        <w:tc>
          <w:tcPr>
            <w:tcW w:type="dxa" w:w="2544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</w:tbl>
    <w:p>
      <w:pPr>
        <w:spacing w:before="180"/>
      </w:pPr>
      <w:r>
        <w:t>Page total hours: __________                         Signature / approval: _________________________________</w:t>
      </w:r>
    </w:p>
    <w:p>
      <w:pPr>
        <w:spacing w:after="40"/>
      </w:pPr>
      <w:r>
        <w:rPr>
          <w:sz w:val="16"/>
        </w:rPr>
        <w:t>Enter actual start/end times and unpaid breaks. Hours are decimal hours, not hours:minutes.</w:t>
      </w:r>
    </w:p>
    <w:p>
      <w:pPr>
        <w:spacing w:after="40"/>
      </w:pPr>
      <w:r>
        <w:rPr>
          <w:sz w:val="16"/>
        </w:rPr>
        <w:t>Overnight: record the date the shift starts. Each row must be shorter than 24 hours. Split longer work into rows.</w:t>
      </w:r>
    </w:p>
    <w:p>
      <w:pPr>
        <w:spacing w:after="40"/>
      </w:pPr>
      <w:r>
        <w:rPr>
          <w:sz w:val="16"/>
        </w:rPr>
        <w:t>PDF and Word are manual records. Excel calculates elapsed hours, not wages, overtime entitlement or deductions.</w:t>
      </w:r>
    </w:p>
    <w:p>
      <w:pPr>
        <w:spacing w:after="40"/>
      </w:pPr>
      <w:r>
        <w:rPr>
          <w:sz w:val="16"/>
        </w:rPr>
        <w:t>Do not enter dates such as February 30.</w:t>
      </w:r>
    </w:p>
    <w:sectPr w:rsidR="00FC693F" w:rsidRPr="0006063C" w:rsidSect="00034616">
      <w:footerReference w:type="default" r:id="rId9"/>
      <w:pgSz w:w="15840" w:h="12240" w:orient="landscape"/>
      <w:pgMar w:top="691" w:right="835" w:bottom="605" w:left="835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/>
    <w:r>
      <w:rPr>
        <w:sz w:val="16"/>
      </w:rPr>
      <w:t>timesheettemplate.app  |  Track hours digitally: trackworkapp.co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rial" w:hAnsi="Arial"/>
      <w:color w:val="203F39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Monthly timesheet template</dc:title>
  <dc:subject/>
  <dc:creator>TimesheetTemplate.app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