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Contractor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Contractor details: __________________________     Customer details: __________________________</w:t>
      </w:r>
    </w:p>
    <w:p>
      <w:pPr>
        <w:spacing w:after="160"/>
      </w:pPr>
      <w:r>
        <w:t>Job / site reference: __________________________     Work-order number: __________________________</w:t>
      </w:r>
    </w:p>
    <w:p>
      <w:pPr>
        <w:spacing w:after="160"/>
      </w:pPr>
      <w:r>
        <w:t>Service dates: __________________________     Agreed adjustments: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Labor / material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Do not treat an estimate as authorization for extra work.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